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NOTISI YA KUHAMA</w:t>
      </w:r>
    </w:p>
    <w:p>
      <w:pPr>
        <w:jc w:val="center"/>
      </w:pPr>
      <w:r>
        <w:t>(Kutoka kwa mpangaji kwenda kwa mwenye nyumba)</w:t>
      </w:r>
    </w:p>
    <w:p>
      <w:r>
        <w:t>Tarehe: ......................</w:t>
      </w:r>
    </w:p>
    <w:p>
      <w:r>
        <w:t>Kwa: ........................................ (mwenye nyumba)</w:t>
        <w:br/>
        <w:br/>
        <w:t xml:space="preserve"> Kutoka kwa: ........................................ (mpangaji)   Simu: ......................</w:t>
      </w:r>
    </w:p>
    <w:p>
      <w:r>
        <w:t>YAH: NOTISI YA KUHAMA NYUMBA / CHUMBA NAMBA ............, KILICHOPO ........................................</w:t>
      </w:r>
    </w:p>
    <w:p>
      <w:r>
        <w:t>Ninakujulisha kuwa nitahama nyumba / chumba tajwa hapo juu tarehe ......................,</w:t>
        <w:br/>
        <w:t xml:space="preserve"> ikiwa ni notisi ya siku ............ kama tulivyokubaliana kwenye mkataba wetu wa tarehe .......................</w:t>
      </w:r>
    </w:p>
    <w:p>
      <w:r>
        <w:t>Nitakabidhi nyumba / chumba na funguo zote tarehe hiyo. Ninaomba tukague pamoja siku ya kukabidhi,</w:t>
        <w:br/>
        <w:t xml:space="preserve"> na amana yangu ya TZS ...................... irudishwe kwa namba ya simu / akaunti ......................,</w:t>
        <w:br/>
        <w:t xml:space="preserve"> baada ya kutoa madeni yoyote halali.</w:t>
      </w:r>
    </w:p>
    <w:p>
      <w:r>
        <w:t>Nashukuru kwa kipindi chote nilichokaa.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br/>
              <w:br/>
              <w:t>______________________________</w:t>
              <w:br/>
              <w:t>Mpangaji — jina, sahihi, tarehe</w:t>
            </w:r>
          </w:p>
        </w:tc>
        <w:tc>
          <w:tcPr>
            <w:tcW w:type="dxa" w:w="4873"/>
          </w:tcPr>
          <w:p>
            <w:r>
              <w:br/>
              <w:br/>
              <w:t>______________________________</w:t>
              <w:br/>
              <w:t>Imepokelewa na (mwenye nyumba) — jina, sahihi, tarehe</w:t>
            </w:r>
          </w:p>
        </w:tc>
      </w:tr>
    </w:tbl>
    <w:p>
      <w:r>
        <w:br w:type="page"/>
      </w:r>
    </w:p>
    <w:p>
      <w:pPr>
        <w:jc w:val="center"/>
      </w:pPr>
      <w:r>
        <w:rPr>
          <w:b/>
          <w:sz w:val="30"/>
        </w:rPr>
        <w:t>NOTISI YA KUSITISHA UPANGAJI</w:t>
      </w:r>
    </w:p>
    <w:p>
      <w:pPr>
        <w:jc w:val="center"/>
      </w:pPr>
      <w:r>
        <w:t>(Kutoka kwa mwenye nyumba kwenda kwa mpangaji)</w:t>
      </w:r>
    </w:p>
    <w:p>
      <w:r>
        <w:t>Tarehe: ......................</w:t>
      </w:r>
    </w:p>
    <w:p>
      <w:r>
        <w:t>Kwa: ........................................ (mpangaji)</w:t>
        <w:br/>
        <w:br/>
        <w:t xml:space="preserve"> Kutoka kwa: ........................................ (mwenye nyumba)   Simu: ......................</w:t>
      </w:r>
    </w:p>
    <w:p>
      <w:r>
        <w:t>YAH: NOTISI YA KUSITISHA UPANGAJI WA NYUMBA / CHUMBA NAMBA ............, KILICHOPO ........................................</w:t>
      </w:r>
    </w:p>
    <w:p>
      <w:r>
        <w:t>Ninakujulisha kuwa upangaji wako wa nyumba / chumba tajwa hapo juu utakoma tarehe ......................,</w:t>
        <w:br/>
        <w:t xml:space="preserve"> ikiwa ni notisi ya siku ............ kwa mujibu wa mkataba wetu wa tarehe .......................</w:t>
      </w:r>
    </w:p>
    <w:p>
      <w:r>
        <w:t>Sababu (weka alama):   ☐ Mkataba unaisha na hautaongezwa   ☐ Kodi haijalipwa: TZS ...................... ya miezi ......................</w:t>
        <w:br/>
        <w:t xml:space="preserve">   ☐ Uvunjaji wa masharti: ......................   ☐ Ukarabati / matumizi ya mwenye nyumba   ☐ Nyingine: ......................</w:t>
      </w:r>
    </w:p>
    <w:p>
      <w:r>
        <w:t>Unaombwa kukabidhi nyumba / chumba na funguo zote ifikapo tarehe hiyo. Tutakagua pamoja siku ya kukabidhi.</w:t>
        <w:br/>
        <w:t xml:space="preserve"> Amana yako ya TZS ...................... itarudishwa ndani ya siku ............, baada ya kutoa madeni na gharama za uharibifu (kama upo).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br/>
              <w:br/>
              <w:t>______________________________</w:t>
              <w:br/>
              <w:t>Mwenye nyumba — jina, sahihi, tarehe</w:t>
            </w:r>
          </w:p>
        </w:tc>
        <w:tc>
          <w:tcPr>
            <w:tcW w:type="dxa" w:w="4873"/>
          </w:tcPr>
          <w:p>
            <w:r>
              <w:br/>
              <w:br/>
              <w:t>______________________________</w:t>
              <w:br/>
              <w:t>Imepokelewa na (mpangaji) — jina, sahihi, tarehe</w:t>
            </w:r>
          </w:p>
        </w:tc>
      </w:tr>
    </w:tbl>
    <w:p/>
    <w:p>
      <w:r>
        <w:rPr>
          <w:sz w:val="18"/>
        </w:rPr>
        <w:t>Kiolezo cha bure kutoka nyumbazangu.com. Si ushauri wa kisheria.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